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Poder Notarial — Modelo de Referencia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Poder Notarial (Modelo de Referencia)</w:t>
      </w:r>
    </w:p>
    <w:p>
      <w:r>
        <w:t>NOTA: Este documento es un modelo de referencia informativo. Un poder notarial válido debe ser redactado y autenticado por un notario público certificado. Lleva este modelo a tu notario para orientar la redacción.</w:t>
      </w:r>
    </w:p>
    <w:p>
      <w:pPr>
        <w:pStyle w:val="Heading3"/>
      </w:pPr>
      <w:r>
        <w:t>Datos del poderdante</w:t>
      </w:r>
    </w:p>
    <w:p>
      <w:r>
        <w:t>Nombre completo:[Nombre]Identificación:[Número de documento]Domicilio:[Dirección completa]Estado civil:[Estado civil]Ocupación:[Ocupación]</w:t>
      </w:r>
    </w:p>
    <w:p>
      <w:pPr>
        <w:pStyle w:val="Heading3"/>
      </w:pPr>
      <w:r>
        <w:t>Datos del apoderado</w:t>
      </w:r>
    </w:p>
    <w:p>
      <w:r>
        <w:t>Nombre completo:[Nombre del apoderado]Identificación:[Número de documento]Domicilio:[Dirección]</w:t>
      </w:r>
    </w:p>
    <w:p>
      <w:pPr>
        <w:pStyle w:val="Heading3"/>
      </w:pPr>
      <w:r>
        <w:t>Objeto del poder</w:t>
      </w:r>
    </w:p>
    <w:p>
      <w:r>
        <w:t>El poderdante otorga poder[GENERAL / ESPECIAL]al apoderado para:</w:t>
      </w:r>
    </w:p>
    <w:p>
      <w:r>
        <w:t>[Describir los actos autorizados: administrar bienes / vender inmuebles / realizar trámites migratorios / gestionar cuentas bancarias / representar legalmente / etc.]</w:t>
      </w:r>
    </w:p>
    <w:p>
      <w:pPr>
        <w:pStyle w:val="Heading3"/>
      </w:pPr>
      <w:r>
        <w:t>Alcance y vigencia</w:t>
      </w:r>
    </w:p>
    <w:p>
      <w:r>
        <w:t>Este poder es válido desde su autenticación notarial hasta:[fecha de vencimiento o revocación expresa].</w:t>
      </w:r>
    </w:p>
    <w:p>
      <w:pPr>
        <w:pStyle w:val="Heading3"/>
      </w:pPr>
      <w:r>
        <w:t>Firmas (ante notario)</w:t>
      </w:r>
    </w:p>
    <w:p>
      <w:r>
        <w:t>_______________________________Firma del poderdante[Nombre completo]</w:t>
      </w:r>
    </w:p>
    <w:p>
      <w:r>
        <w:t>_______________________________Firma del notario público[Nombre del notario]Número de notaría:[número]</w:t>
      </w:r>
    </w:p>
    <w:p/>
    <w:p>
      <w:pPr>
        <w:jc w:val="center"/>
      </w:pPr>
      <w:r>
        <w:rPr>
          <w:sz w:val="18"/>
        </w:rPr>
        <w:t>Modelo informativo — cartasrecomendacion.com. El poder notarial válido debe ser autenticado por notario público.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