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Constancia de Trabajo</w:t>
      </w:r>
    </w:p>
    <w:p>
      <w:pPr>
        <w:jc w:val="center"/>
      </w:pPr>
      <w:r>
        <w:rPr>
          <w:i/>
        </w:rPr>
        <w:t>Modelo editable 2026 — cartasrecomendacion.com</w:t>
      </w:r>
    </w:p>
    <w:p/>
    <w:p>
      <w:pPr>
        <w:pStyle w:val="Heading2"/>
      </w:pPr>
      <w:r>
        <w:t>Constancia de Trabajo</w:t>
      </w:r>
    </w:p>
    <w:p>
      <w:r>
        <w:t>[Ciudad], a [fecha]</w:t>
      </w:r>
    </w:p>
    <w:p>
      <w:r>
        <w:t>A quien corresponda:</w:t>
      </w:r>
    </w:p>
    <w:p>
      <w:r>
        <w:t>Por medio de la presente, yo[Nombre del firmante], en mi calidad de[cargo: Gerente de Recursos Humanos / Director / Supervisor]de[Nombre de la empresa], hago constar que:</w:t>
      </w:r>
    </w:p>
    <w:p>
      <w:r>
        <w:t>El/La Sr./Sra.[Nombre completo del trabajador], con número de identificación[número de documento], labora en esta empresa desde el[fecha de inicio]hasta la fecha, desempeñando el cargo de[puesto o cargo]en el departamento de[departamento].</w:t>
      </w:r>
    </w:p>
    <w:p>
      <w:r>
        <w:t>Durante su permanencia en la empresa, el/la trabajador/a ha demostrado responsabilidad, puntualidad y compromiso con sus funciones.</w:t>
      </w:r>
    </w:p>
    <w:p>
      <w:r>
        <w:t>Su salario mensual actual es de[monto en cifras y letras].</w:t>
      </w:r>
    </w:p>
    <w:p>
      <w:r>
        <w:t>Se expide la presente constancia a solicitud del interesado/a para los fines que estime convenientes.</w:t>
      </w:r>
    </w:p>
    <w:p>
      <w:r>
        <w:t>Atentamente,</w:t>
      </w:r>
    </w:p>
    <w:p>
      <w:r>
        <w:t>_______________________________[Nombre completo del firmante][Cargo][Empresa][Teléfono / Correo][Sello de la empresa]</w:t>
      </w:r>
    </w:p>
    <w:p/>
    <w:p>
      <w:pPr>
        <w:jc w:val="center"/>
      </w:pPr>
      <w:r>
        <w:rPr>
          <w:sz w:val="18"/>
        </w:rPr>
        <w:t>Documento generado en cartasrecomendacion.com — Modelos editables en Word y PDF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