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Poder para Trámites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Carta Poder para Trámites</w:t>
      </w:r>
    </w:p>
    <w:p>
      <w:r>
        <w:t>[Ciudad], a [fecha]</w:t>
      </w:r>
    </w:p>
    <w:p>
      <w:r>
        <w:t>Yo,[Nombre completo del poderdante], con identificación número[número], por medio del presente documento autorizo a:</w:t>
      </w:r>
    </w:p>
    <w:p>
      <w:r>
        <w:t>[Nombre completo del apoderado], con identificación número[número],</w:t>
      </w:r>
    </w:p>
    <w:p>
      <w:r>
        <w:t>para que en mi nombre realice el siguiente trámite:</w:t>
      </w:r>
    </w:p>
    <w:p>
      <w:r>
        <w:t>[Describir el trámite específico, por ejemplo:]</w:t>
      </w:r>
    </w:p>
    <w:p>
      <w:r>
        <w:t>[ ] Recoger documentos en[institución][ ] Tramitar[tipo de documento: pasaporte / licencia / constancia][ ] Realizar pago o gestión en[banco / institución][ ] Firmar[contrato / convenio / solicitud]en representación mía[ ] Otro:[describir]</w:t>
      </w:r>
    </w:p>
    <w:p>
      <w:r>
        <w:t>Institución o entidad:[nombre de la institución]Referencia del trámite:[número de expediente / folio / referencia]Vigencia de esta carta poder: del[fecha inicio]al[fecha fin]</w:t>
      </w:r>
    </w:p>
    <w:p>
      <w:r>
        <w:t>Firmo la presente en plena conciencia y sin ninguna presión.</w:t>
      </w:r>
    </w:p>
    <w:p>
      <w:r>
        <w:t>_______________________________Firma del poderdante[Nombre completo][Teléfono / Correo]</w:t>
      </w:r>
    </w:p>
    <w:p>
      <w:r>
        <w:t>_______________________________Firma del apoderado (de conocimiento)[Nombre completo]</w:t>
      </w:r>
    </w:p>
    <w:p/>
    <w:p>
      <w:pPr>
        <w:jc w:val="center"/>
      </w:pPr>
      <w:r>
        <w:rPr>
          <w:sz w:val="18"/>
        </w:rPr>
        <w:t>Documento generado en cartasrecomendacion.com — Modelos editables en Word y PDF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