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Presentación para Trabajo</w:t>
      </w:r>
    </w:p>
    <w:p>
      <w:pPr>
        <w:jc w:val="center"/>
      </w:pPr>
      <w:r>
        <w:rPr>
          <w:i/>
        </w:rPr>
        <w:t>Modelo editable 2026 — cartasrecomendacion.com</w:t>
      </w:r>
    </w:p>
    <w:p/>
    <w:p>
      <w:pPr>
        <w:pStyle w:val="Heading2"/>
      </w:pPr>
      <w:r>
        <w:t>Carta de Presentación</w:t>
      </w:r>
    </w:p>
    <w:p>
      <w:r>
        <w:t>[Ciudad], a [fecha]</w:t>
      </w:r>
    </w:p>
    <w:p>
      <w:r>
        <w:t>Estimado/a [nombre del responsable de selección / Departamento de Recursos Humanos]:</w:t>
      </w:r>
    </w:p>
    <w:p>
      <w:r>
        <w:t>Me dirijo a usted para presentar mi candidatura al puesto de[nombre del puesto]publicado en[fuente: LinkedIn / portal de empleo / web de la empresa].</w:t>
      </w:r>
    </w:p>
    <w:p>
      <w:r>
        <w:t>Soy[Nombre completo], con formación en[carrera o área de estudio]y[X años]de experiencia en[sector o área]. Durante mi trayectoria he desarrollado competencias en[habilidad 1],[habilidad 2]y[habilidad 3], que considero especialmente relevantes para este puesto.</w:t>
      </w:r>
    </w:p>
    <w:p>
      <w:r>
        <w:t>En mi último cargo en[empresa anterior], logré[logro concreto y medible], lo que me permitió[resultado obtenido].</w:t>
      </w:r>
    </w:p>
    <w:p>
      <w:r>
        <w:t>Estoy especialmente motivado/a por unirme a[nombre de la empresa]debido a[razón específica: valores, proyectos, sector]. Considero que mi perfil encaja con las necesidades del equipo y estoy disponible para una entrevista cuando lo consideren oportuno.</w:t>
      </w:r>
    </w:p>
    <w:p>
      <w:r>
        <w:t>Adjunto mi currículum para su consideración.</w:t>
      </w:r>
    </w:p>
    <w:p>
      <w:r>
        <w:t>Atentamente,</w:t>
      </w:r>
    </w:p>
    <w:p>
      <w:r>
        <w:t>_______________________________[Nombre completo][Teléfono][Correo electrónico][LinkedIn (opcional)]</w:t>
      </w:r>
    </w:p>
    <w:p/>
    <w:p>
      <w:pPr>
        <w:jc w:val="center"/>
      </w:pPr>
      <w:r>
        <w:rPr>
          <w:sz w:val="18"/>
        </w:rPr>
        <w:t>Documento generado en cartasrecomendacion.com — Modelos editables en Word y PDF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