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Ingresos / Comprobante de Ingresos</w:t>
      </w:r>
    </w:p>
    <w:p>
      <w:pPr>
        <w:jc w:val="center"/>
      </w:pPr>
      <w:r>
        <w:rPr>
          <w:i/>
        </w:rPr>
        <w:t>Modelo editable 2026 — cartasrecomendacion.com</w:t>
      </w:r>
    </w:p>
    <w:p/>
    <w:p>
      <w:pPr>
        <w:pStyle w:val="Heading2"/>
      </w:pPr>
      <w:r>
        <w:t>Carta de Ingresos</w:t>
      </w:r>
    </w:p>
    <w:p>
      <w:r>
        <w:t>[Ciudad], a [fecha]</w:t>
      </w:r>
    </w:p>
    <w:p>
      <w:r>
        <w:t>A quien corresponda:</w:t>
      </w:r>
    </w:p>
    <w:p>
      <w:r>
        <w:t>Yo,[Nombre completo del trabajador / autónomo], con número de identificación[número], hago constar por medio de la presente que:</w:t>
      </w:r>
    </w:p>
    <w:p>
      <w:r>
        <w:t>Soy empleado/a de[Nombre de la empresa]desde el[fecha], ocupando el puesto de[cargo], con un ingreso mensual de[monto en cifras y letras] dólares / pesos.</w:t>
      </w:r>
    </w:p>
    <w:p>
      <w:r>
        <w:t>(Para autónomos o freelance):Ejerzo actividad independiente como[descripción de la actividad], con un ingreso mensual promedio de[monto], según declaración de impuestos o estados de cuenta adjuntos.</w:t>
      </w:r>
    </w:p>
    <w:p>
      <w:r>
        <w:t>Esta carta se expide para fines de[indicar propósito: arrendamiento / trámite bancario / solicitud de visa / otro].</w:t>
      </w:r>
    </w:p>
    <w:p>
      <w:r>
        <w:t>Atentamente,</w:t>
      </w:r>
    </w:p>
    <w:p>
      <w:r>
        <w:t>_______________________________[Nombre completo][Cargo / Empleador][Empresa / Institución][Teléfono / Correo]</w:t>
      </w:r>
    </w:p>
    <w:p/>
    <w:p>
      <w:pPr>
        <w:jc w:val="center"/>
      </w:pPr>
      <w:r>
        <w:rPr>
          <w:sz w:val="18"/>
        </w:rPr>
        <w:t>Documento generado en cartasrecomendacion.com — Modelos editables en Word y PDF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