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Buena Conducta</w:t>
      </w:r>
    </w:p>
    <w:p>
      <w:pPr>
        <w:jc w:val="center"/>
      </w:pPr>
      <w:r>
        <w:rPr>
          <w:i/>
        </w:rPr>
        <w:t>Modelo editable 2026 — cartasrecomendacion.com</w:t>
      </w:r>
    </w:p>
    <w:p/>
    <w:p>
      <w:pPr>
        <w:pStyle w:val="Heading2"/>
      </w:pPr>
      <w:r>
        <w:t>Carta de Buena Conducta</w:t>
      </w:r>
    </w:p>
    <w:p>
      <w:r>
        <w:t>[Ciudad], a [fecha]</w:t>
      </w:r>
    </w:p>
    <w:p>
      <w:r>
        <w:t>A quien corresponda:</w:t>
      </w:r>
    </w:p>
    <w:p>
      <w:r>
        <w:t>Yo,[Nombre completo del firmante], con número de identificación[número], en mi calidad de[cargo: líder religioso / vecino / empleador / director de institución / otro], hago constar que conozco a[Nombre completo de la persona]desde hace[X años].</w:t>
      </w:r>
    </w:p>
    <w:p>
      <w:r>
        <w:t>Durante este tiempo he podido observar que[Nombre]es una persona debuen carácter, conducta intachable y valores sólidos. Destaco especialmente su[honestidad / responsabilidad / respeto hacia los demás / compromiso con la comunidad].</w:t>
      </w:r>
    </w:p>
    <w:p>
      <w:r>
        <w:t>[Nombre]no ha sido objeto de quejas, denuncias ni problemas de conducta que yo haya conocido, y su comportamiento en la comunidad / entorno laboral / vecindario ha sido siempre correcto y respetuoso.</w:t>
      </w:r>
    </w:p>
    <w:p>
      <w:r>
        <w:t>Expido la presente carta a solicitud del interesado para los fines que estime convenientes, principalmente para[indicar propósito: trámite migratorio / solicitud de empleo / proceso de admisión / otro].</w:t>
      </w:r>
    </w:p>
    <w:p>
      <w:r>
        <w:t>Atentamente,</w:t>
      </w:r>
    </w:p>
    <w:p>
      <w:r>
        <w:t>_______________________________[Nombre completo del firmante][Cargo / Relación con la persona][Institución / Comunidad (si aplica)][Teléfono / Correo electrónico]</w:t>
      </w:r>
    </w:p>
    <w:p/>
    <w:p>
      <w:pPr>
        <w:jc w:val="center"/>
      </w:pPr>
      <w:r>
        <w:rPr>
          <w:sz w:val="18"/>
        </w:rPr>
        <w:t>Documento generado en cartasrecomendacion.com — Modelos editables en Word y PDF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